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05396"/>
          <w:sz w:val="20"/>
        </w:rPr>
        <w:t>ALEC | MATERIAL EXCLUSIVO DO ASSOCIADO</w:t>
      </w:r>
    </w:p>
    <w:p>
      <w:pPr>
        <w:pStyle w:val="Title"/>
        <w:jc w:val="center"/>
      </w:pPr>
      <w:r>
        <w:t>TERMO DE CONFISSÃO DE DÍVIDA</w:t>
      </w:r>
    </w:p>
    <w:p>
      <w:pPr>
        <w:jc w:val="center"/>
      </w:pPr>
      <w:r>
        <w:rPr>
          <w:color w:val="5A5A5A"/>
          <w:sz w:val="20"/>
        </w:rPr>
        <w:t>Modelo-base para formalização do débito</w:t>
      </w:r>
    </w:p>
    <w:p>
      <w:r>
        <w:t>CREDOR: __________________________________________________________</w:t>
      </w:r>
    </w:p>
    <w:p>
      <w:r>
        <w:t>CNPJ: __________________________________________________________</w:t>
      </w:r>
    </w:p>
    <w:p>
      <w:r>
        <w:t>DEVEDOR: __________________________________________________________</w:t>
      </w:r>
    </w:p>
    <w:p>
      <w:r>
        <w:t>CPF/CNPJ: __________________________________________________________</w:t>
      </w:r>
    </w:p>
    <w:p>
      <w:r>
        <w:t>Endereço do devedor: __________________________________________________________</w:t>
      </w:r>
    </w:p>
    <w:p>
      <w:r>
        <w:t>Origem da dívida / contrato nº: __________________________________________________________</w:t>
      </w:r>
    </w:p>
    <w:p>
      <w:r>
        <w:t>O DEVEDOR reconhece, de forma expressa, a existência da dívida abaixo identificada, decorrente da relação contratual indicada neste instrumento.</w:t>
      </w:r>
    </w:p>
    <w:p>
      <w:pPr>
        <w:pStyle w:val="Heading2"/>
      </w:pPr>
      <w:r>
        <w:t>1. Dívida reconhecida</w:t>
      </w:r>
    </w:p>
    <w:p>
      <w:r>
        <w:t>Valor reconhecido na data da assinatura: R$ ______________________________</w:t>
      </w:r>
    </w:p>
    <w:p>
      <w:r>
        <w:t>Composição do débito / documentos de suporte:</w:t>
        <w:br/>
        <w:t>________________________________________________________________________________</w:t>
      </w:r>
    </w:p>
    <w:p>
      <w:pPr>
        <w:pStyle w:val="Heading2"/>
      </w:pPr>
      <w:r>
        <w:t>2. Pagamento</w:t>
      </w:r>
    </w:p>
    <w:p>
      <w:r>
        <w:t>O débito será pago da seguinte forma:</w:t>
        <w:br/>
        <w:t>________________________________________________________________________________</w:t>
      </w:r>
    </w:p>
    <w:p>
      <w:pPr>
        <w:pStyle w:val="Heading2"/>
      </w:pPr>
      <w:r>
        <w:t>3. Inadimplemento</w:t>
      </w:r>
    </w:p>
    <w:p>
      <w:r>
        <w:t>Em caso de atraso, incidirão os encargos expressamente pactuados e legalmente admitidos. Poderá ser previsto vencimento antecipado do saldo remanescente, desde que claramente ajustado entre as partes.</w:t>
      </w:r>
    </w:p>
    <w:p>
      <w:pPr>
        <w:pStyle w:val="Heading2"/>
      </w:pPr>
      <w:r>
        <w:t>4. Cobrança e negativação</w:t>
      </w:r>
    </w:p>
    <w:p>
      <w:r>
        <w:t>Persistindo o inadimplemento, o credor poderá adotar as medidas extrajudiciais e judiciais cabíveis e, quando preenchidos os requisitos legais, promover a inscrição do débito nos órgãos de proteção ao crédito, mediante observância dos procedimentos aplicáveis.</w:t>
      </w:r>
    </w:p>
    <w:p>
      <w:pPr>
        <w:pStyle w:val="Heading2"/>
      </w:pPr>
      <w:r>
        <w:t>5. Quitação</w:t>
      </w:r>
    </w:p>
    <w:p>
      <w:r>
        <w:t>A quitação será emitida após o pagamento integral do débito objeto deste instrumento.</w:t>
      </w:r>
    </w:p>
    <w:p>
      <w:pPr>
        <w:pStyle w:val="Heading2"/>
      </w:pPr>
      <w:r>
        <w:t>6. Documentos</w:t>
      </w:r>
    </w:p>
    <w:p>
      <w:r>
        <w:t>Integram este termo, quando aplicável, o contrato de origem, demonstrativo do débito, notas/faturas, comprovantes e demais documentos relacionados à obrigação.</w:t>
      </w:r>
    </w:p>
    <w:p>
      <w:r>
        <w:br/>
        <w:t>Local e data: __________________________________________</w:t>
      </w:r>
    </w:p>
    <w:p>
      <w:r>
        <w:t>CREDOR: ________________________________________________</w:t>
      </w:r>
    </w:p>
    <w:p>
      <w:r>
        <w:t>DEVEDOR: _______________________________________________</w:t>
      </w:r>
    </w:p>
    <w:p>
      <w:r>
        <w:t>TESTEMUNHA 1: __________________ CPF: __________________</w:t>
      </w:r>
    </w:p>
    <w:p>
      <w:r>
        <w:t>TESTEMUNHA 2: __________________ CPF: __________________</w:t>
      </w:r>
    </w:p>
    <w:sectPr w:rsidR="00FC693F" w:rsidRPr="0006063C" w:rsidSect="00034616">
      <w:footerReference w:type="default" r:id="rId9"/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464"/>
        <w:sz w:val="16"/>
      </w:rPr>
      <w:t>Material orientativo. Verifique o contrato, os documentos da operação e a legislação aplicável antes da utilização.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