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396"/>
          <w:sz w:val="20"/>
        </w:rPr>
        <w:t>ALEC | MATERIAL EXCLUSIVO DO ASSOCIADO</w:t>
      </w:r>
    </w:p>
    <w:p>
      <w:pPr>
        <w:pStyle w:val="Title"/>
        <w:jc w:val="center"/>
      </w:pPr>
      <w:r>
        <w:t>ACORDO DE PAGAMENTO</w:t>
      </w:r>
    </w:p>
    <w:p>
      <w:pPr>
        <w:jc w:val="center"/>
      </w:pPr>
      <w:r>
        <w:rPr>
          <w:color w:val="5A5A5A"/>
          <w:sz w:val="20"/>
        </w:rPr>
        <w:t>Modelo simples para composição de débito</w:t>
      </w:r>
    </w:p>
    <w:p>
      <w:r>
        <w:t>CREDOR/LOCADORA: __________________________________________________________</w:t>
      </w:r>
    </w:p>
    <w:p>
      <w:r>
        <w:t>CNPJ: __________________________________________________________</w:t>
      </w:r>
    </w:p>
    <w:p>
      <w:r>
        <w:t>DEVEDOR/CLIENTE: __________________________________________________________</w:t>
      </w:r>
    </w:p>
    <w:p>
      <w:r>
        <w:t>CPF/CNPJ: __________________________________________________________</w:t>
      </w:r>
    </w:p>
    <w:p>
      <w:r>
        <w:t>Contrato(s) de origem: __________________________________________________________</w:t>
      </w:r>
    </w:p>
    <w:p>
      <w:r>
        <w:t>As partes reconhecem a existência de débito decorrente da relação contratual acima indicada e ajustam sua regularização nas seguintes condições:</w:t>
      </w:r>
    </w:p>
    <w:p>
      <w:pPr>
        <w:pStyle w:val="Heading2"/>
      </w:pPr>
      <w:r>
        <w:t>1. Valor</w:t>
      </w:r>
    </w:p>
    <w:p>
      <w:r>
        <w:t>Valor total reconhecido para fins deste acordo: R$ ______________________________</w:t>
      </w:r>
    </w:p>
    <w:p>
      <w:pPr>
        <w:pStyle w:val="Heading2"/>
      </w:pPr>
      <w:r>
        <w:t>2. Forma de pagamento</w:t>
      </w:r>
    </w:p>
    <w:p>
      <w:r>
        <w:t>☐ À vista, até ____/____/______.</w:t>
        <w:br/>
        <w:t>☐ Parcelado em ______ parcelas de R$ __________, vencendo a primeira em ____/____/______ e as demais em ___________________.</w:t>
      </w:r>
    </w:p>
    <w:p>
      <w:pPr>
        <w:pStyle w:val="Heading2"/>
      </w:pPr>
      <w:r>
        <w:t>3. Forma de pagamento</w:t>
      </w:r>
    </w:p>
    <w:p>
      <w:r>
        <w:t>Pagamento por: ☐ PIX ☐ boleto ☐ transferência ☐ outro: __________________________</w:t>
      </w:r>
    </w:p>
    <w:p>
      <w:pPr>
        <w:pStyle w:val="Heading2"/>
      </w:pPr>
      <w:r>
        <w:t>4. Atraso</w:t>
      </w:r>
    </w:p>
    <w:p>
      <w:r>
        <w:t>O atraso de qualquer parcela sujeitará o devedor aos encargos previstos neste acordo e/ou no contrato de origem, observados os limites legais, podendo acarretar o vencimento antecipado do saldo remanescente se assim expressamente ajustado: ☐ Sim ☐ Não.</w:t>
      </w:r>
    </w:p>
    <w:p>
      <w:pPr>
        <w:pStyle w:val="Heading2"/>
      </w:pPr>
      <w:r>
        <w:t>5. Quitação</w:t>
      </w:r>
    </w:p>
    <w:p>
      <w:r>
        <w:t>A quitação será concedida somente após o pagamento integral dos valores abrangidos por este acordo, limitada às obrigações nele expressamente identificadas.</w:t>
      </w:r>
    </w:p>
    <w:p>
      <w:pPr>
        <w:pStyle w:val="Heading2"/>
      </w:pPr>
      <w:r>
        <w:t>6. Demais obrigações</w:t>
      </w:r>
    </w:p>
    <w:p>
      <w:r>
        <w:t>Este acordo não altera obrigações do contrato de locação que não tenham sido expressamente modificadas neste instrumento.</w:t>
      </w:r>
    </w:p>
    <w:p>
      <w:r>
        <w:br/>
        <w:t>Local e data: __________________________________________</w:t>
      </w:r>
    </w:p>
    <w:p>
      <w:r>
        <w:t>LOCADORA: _____________________________________________</w:t>
      </w:r>
    </w:p>
    <w:p>
      <w:r>
        <w:t>DEVEDOR: ______________________________________________</w:t>
      </w:r>
    </w:p>
    <w:p>
      <w:r>
        <w:t>TESTEMUNHA 1: __________________ CPF: __________________</w:t>
      </w:r>
    </w:p>
    <w:p>
      <w:r>
        <w:t>TESTEMUNHA 2: __________________ CPF: __________________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Material orientativo. Verifique o contrato, os documentos da operação e a legislação aplicável antes da utilização.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