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05396"/>
          <w:sz w:val="20"/>
        </w:rPr>
        <w:t>ALEC | MATERIAL EXCLUSIVO DO ASSOCIADO</w:t>
      </w:r>
    </w:p>
    <w:p>
      <w:pPr>
        <w:pStyle w:val="Title"/>
        <w:jc w:val="center"/>
      </w:pPr>
      <w:r>
        <w:t>NOTIFICAÇÃO DE INADIMPLÊNCIA</w:t>
      </w:r>
    </w:p>
    <w:p>
      <w:pPr>
        <w:jc w:val="center"/>
      </w:pPr>
      <w:r>
        <w:rPr>
          <w:color w:val="5A5A5A"/>
          <w:sz w:val="20"/>
        </w:rPr>
        <w:t>Dicas Jurídicas ALEC • Dradorental by M&amp;Z Advocacia</w:t>
      </w:r>
    </w:p>
    <w:p>
      <w:r>
        <w:t>Use para formalizar a cobrança após as tentativas iniciais de contato.</w:t>
      </w:r>
    </w:p>
    <w:p>
      <w:r>
        <w:rPr>
          <w:b/>
        </w:rPr>
        <w:t>Assunto: Notificação de débito em aberto — Contrato nº [____]</w:t>
      </w:r>
    </w:p>
    <w:p>
      <w:r>
        <w:t>Prezado(a) [NOME/RAZÃO SOCIAL],</w:t>
      </w:r>
    </w:p>
    <w:p>
      <w:r>
        <w:t>Consta em aberto o pagamento referente ao Contrato de Locação nº [___], com vencimento em [DATA], no valor de R$ [VALOR], sujeito aos encargos previstos contratualmente.</w:t>
      </w:r>
    </w:p>
    <w:p>
      <w:r>
        <w:t>Solicitamos a regularização do débito até [DATA/PRAZO], por meio de [FORMA DE PAGAMENTO].</w:t>
      </w:r>
    </w:p>
    <w:p>
      <w:r>
        <w:t>Se o pagamento já tiver sido realizado, pedimos o envio do comprovante para [E-MAIL/WHATSAPP].</w:t>
      </w:r>
    </w:p>
    <w:p>
      <w:r>
        <w:t>Na ausência de regularização, a locadora poderá adotar as medidas de cobrança previstas no contrato e admitidas pela legislação aplicável, inclusive, quando cabível e observados os requisitos legais, encaminhamento para cobrança jurídica e inscrição do débito em órgãos de proteção ao crédito.</w:t>
      </w:r>
    </w:p>
    <w:p>
      <w:r>
        <w:t>Esta comunicação tem por objetivo formalizar a pendência e buscar sua solução de forma administrativa.</w:t>
      </w:r>
    </w:p>
    <w:p>
      <w:r>
        <w:t>Atenciosamente,</w:t>
        <w:br/>
        <w:t>[LOCADORA]</w:t>
        <w:br/>
        <w:t>[RESPONSÁVEL]</w:t>
        <w:br/>
        <w:t>[CONTATO]</w:t>
      </w:r>
    </w:p>
    <w:p>
      <w:pPr>
        <w:pStyle w:val="Heading2"/>
      </w:pPr>
      <w:r>
        <w:t>Controle interno</w:t>
      </w:r>
    </w:p>
    <w:p>
      <w:r>
        <w:t>Data do envio: ______________________________________________</w:t>
      </w:r>
    </w:p>
    <w:p>
      <w:r>
        <w:t>Canal utilizado: ______________________________________________</w:t>
      </w:r>
    </w:p>
    <w:p>
      <w:r>
        <w:t>Comprovante de envio arquivado em: ______________________________________________</w:t>
      </w:r>
    </w:p>
    <w:p>
      <w:r>
        <w:t>Responsável: ______________________________________________</w:t>
      </w:r>
    </w:p>
    <w:sectPr w:rsidR="00FC693F" w:rsidRPr="0006063C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Material orientativo. Verifique o contrato, os documentos da operação e a legislação aplicável antes da utilização.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