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05396"/>
          <w:sz w:val="20"/>
        </w:rPr>
        <w:t>ALEC | MATERIAL EXCLUSIVO DO ASSOCIADO</w:t>
      </w:r>
    </w:p>
    <w:p>
      <w:pPr>
        <w:pStyle w:val="Title"/>
        <w:jc w:val="center"/>
      </w:pPr>
      <w:r>
        <w:t>COMUNICAÇÃO DE AVARIA AO CLIENTE</w:t>
      </w:r>
    </w:p>
    <w:p>
      <w:pPr>
        <w:jc w:val="center"/>
      </w:pPr>
      <w:r>
        <w:rPr>
          <w:color w:val="646464"/>
          <w:sz w:val="20"/>
        </w:rPr>
        <w:t>Dicas Jurídicas ALEC • Dradorental by M&amp;Z Advocacia</w:t>
      </w:r>
    </w:p>
    <w:p>
      <w:r>
        <w:t>Modelo para formalizar a ocorrência. Ajuste ao contrato e ao caso concreto.</w:t>
      </w:r>
    </w:p>
    <w:p>
      <w:r>
        <w:rPr>
          <w:b/>
        </w:rPr>
        <w:t>Assunto: Registro de avaria — Contrato nº ______ / Equipamento ______</w:t>
      </w:r>
    </w:p>
    <w:p>
      <w:r>
        <w:t>Prezado(a) [NOME DO CLIENTE],</w:t>
      </w:r>
    </w:p>
    <w:p>
      <w:r>
        <w:t>Na devolução do equipamento [IDENTIFICAÇÃO], realizada em [DATA], foram constatadas avarias/divergências em relação às condições registradas no momento da entrega.</w:t>
      </w:r>
    </w:p>
    <w:p>
      <w:r>
        <w:t>Ocorrências identificadas: [DESCREVER DE FORMA OBJETIVA].</w:t>
      </w:r>
    </w:p>
    <w:p>
      <w:r>
        <w:t>Foram realizados registros por fotos e/ou vídeos e, quando aplicável, será feita avaliação técnica/orçamento para apuração do custo correspondente.</w:t>
      </w:r>
    </w:p>
    <w:p>
      <w:r>
        <w:t>Esta comunicação formaliza a ocorrência e preserva o registro entre as partes. Após a apuração, encaminharemos as informações e documentos pertinentes, observadas as condições do contrato de locação.</w:t>
      </w:r>
    </w:p>
    <w:p>
      <w:r>
        <w:t>Caso queira apresentar esclarecimentos ou documentos relacionados à ocorrência, pedimos o envio por escrito para [CANAL] até [DATA/PRAZO].</w:t>
      </w:r>
    </w:p>
    <w:p>
      <w:r>
        <w:t>Atenciosamente,</w:t>
        <w:br/>
        <w:t>[LOCADORA]</w:t>
        <w:br/>
        <w:t>[RESPONSÁVEL]</w:t>
        <w:br/>
        <w:t>[CONTATO]</w:t>
      </w:r>
    </w:p>
    <w:p>
      <w:pPr>
        <w:pStyle w:val="Heading2"/>
      </w:pPr>
      <w:r>
        <w:t>Anexos recomendados</w:t>
      </w:r>
    </w:p>
    <w:p>
      <w:r>
        <w:t>☐ Termo/checklist de entrega.</w:t>
      </w:r>
    </w:p>
    <w:p>
      <w:r>
        <w:t>☐ Fotos da entrega.</w:t>
      </w:r>
    </w:p>
    <w:p>
      <w:r>
        <w:t>☐ Relatório de avaria.</w:t>
      </w:r>
    </w:p>
    <w:p>
      <w:r>
        <w:t>☐ Fotos/vídeos da devolução.</w:t>
      </w:r>
    </w:p>
    <w:p>
      <w:r>
        <w:t>☐ Orçamento, laudo ou avaliação técnica.</w:t>
      </w:r>
    </w:p>
    <w:sectPr w:rsidR="00FC693F" w:rsidRPr="0006063C" w:rsidSect="00034616">
      <w:footerReference w:type="default" r:id="rId9"/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6E6E"/>
        <w:sz w:val="16"/>
      </w:rPr>
      <w:t>Material orientativo. Adaptar ao contrato, à operação e às particularidades da locadora.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