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05396"/>
          <w:sz w:val="20"/>
        </w:rPr>
        <w:t>ALEC | MATERIAL EXCLUSIVO DO ASSOCIADO</w:t>
      </w:r>
    </w:p>
    <w:p>
      <w:pPr>
        <w:pStyle w:val="Title"/>
        <w:jc w:val="center"/>
      </w:pPr>
      <w:r>
        <w:t>RELATÓRIO DE AVARIA NA DEVOLUÇÃO</w:t>
      </w:r>
    </w:p>
    <w:p>
      <w:pPr>
        <w:jc w:val="center"/>
      </w:pPr>
      <w:r>
        <w:rPr>
          <w:color w:val="646464"/>
          <w:sz w:val="20"/>
        </w:rPr>
        <w:t>Dicas Jurídicas ALEC • Dradorental by M&amp;Z Advocacia</w:t>
      </w:r>
    </w:p>
    <w:p>
      <w:r>
        <w:t>Use imediatamente quando houver dano, item faltante ou divergência na devolução.</w:t>
      </w:r>
    </w:p>
    <w:p>
      <w:r>
        <w:t>Cliente: ________________________________________________________________</w:t>
      </w:r>
    </w:p>
    <w:p>
      <w:r>
        <w:t>Contrato nº: ________________________________________________________________</w:t>
      </w:r>
    </w:p>
    <w:p>
      <w:r>
        <w:t>Equipamento: ________________________________________________________________</w:t>
      </w:r>
    </w:p>
    <w:p>
      <w:r>
        <w:t>Nº de série / patrimônio: ________________________________________________________________</w:t>
      </w:r>
    </w:p>
    <w:p>
      <w:r>
        <w:t>Data e hora da devolução: ________________________________________________________________</w:t>
      </w:r>
    </w:p>
    <w:p>
      <w:r>
        <w:t>Pessoa que devolveu: ________________________________________________________________</w:t>
      </w:r>
    </w:p>
    <w:p>
      <w:r>
        <w:t>Responsável pela conferência: ________________________________________________________________</w:t>
      </w:r>
    </w:p>
    <w:p>
      <w:pPr>
        <w:pStyle w:val="Heading2"/>
      </w:pPr>
      <w:r>
        <w:t>Ocorrência</w:t>
      </w:r>
    </w:p>
    <w:p>
      <w:r>
        <w:t>Tipo: ☐ Avaria  ☐ Quebra  ☐ Item faltante  ☐ Perda  ☐ Outro: __________</w:t>
      </w:r>
    </w:p>
    <w:p>
      <w:r>
        <w:t>Descrição objetiva:</w:t>
        <w:br/>
        <w:t>________________________________________________________________________________</w:t>
        <w:br/>
        <w:t>________________________________________________________________________________</w:t>
      </w:r>
    </w:p>
    <w:p>
      <w:r>
        <w:t>Equipamento funcionando? ☐ Sim ☐ Não ☐ Não foi possível testar</w:t>
      </w:r>
    </w:p>
    <w:p>
      <w:r>
        <w:t>Fotos/vídeos registrados? ☐ Sim ☐ Não     Quantidade: ______</w:t>
      </w:r>
    </w:p>
    <w:p>
      <w:r>
        <w:t>Registro da entrega disponível para comparação? ☐ Sim ☐ Não</w:t>
      </w:r>
    </w:p>
    <w:p>
      <w:r>
        <w:t>Valor estimado inicialmente: R$ ________________________________________________________________</w:t>
      </w:r>
    </w:p>
    <w:p>
      <w:pPr>
        <w:pStyle w:val="Heading2"/>
      </w:pPr>
      <w:r>
        <w:t>Comunicação ao cliente</w:t>
      </w:r>
    </w:p>
    <w:p>
      <w:r>
        <w:t>Data e hora: ________________________________________________________________</w:t>
      </w:r>
    </w:p>
    <w:p>
      <w:r>
        <w:t>Meio: ☐ E-mail ☐ WhatsApp ☐ Carta ☐ Outro: __________</w:t>
      </w:r>
    </w:p>
    <w:p>
      <w:r>
        <w:t>Responsável pelo envio: ________________________________________________________________</w:t>
      </w:r>
    </w:p>
    <w:p>
      <w:pPr>
        <w:pStyle w:val="Heading2"/>
      </w:pPr>
      <w:r>
        <w:t>Providências</w:t>
      </w:r>
    </w:p>
    <w:p>
      <w:r>
        <w:t>☐ Fotos e vídeos arquivados.</w:t>
      </w:r>
    </w:p>
    <w:p>
      <w:r>
        <w:t>☐ Checklist/termo de entrega anexado.</w:t>
      </w:r>
    </w:p>
    <w:p>
      <w:r>
        <w:t>☐ Orçamento ou laudo solicitado, quando necessário.</w:t>
      </w:r>
    </w:p>
    <w:p>
      <w:r>
        <w:t>☐ Cliente comunicado por escrito.</w:t>
      </w:r>
    </w:p>
    <w:p>
      <w:r>
        <w:t>☐ Valor do prejuízo apurado.</w:t>
      </w:r>
    </w:p>
    <w:p>
      <w:r>
        <w:t>☐ Cobrança encaminhada conforme contrato.</w:t>
      </w:r>
    </w:p>
    <w:p>
      <w:r>
        <w:t>Assinatura do responsável: 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6"/>
      </w:rPr>
      <w:t>Material orientativo. Adaptar ao contrato, à operação e às particularidades da locadora.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