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205396"/>
          <w:sz w:val="20"/>
        </w:rPr>
        <w:t>ALEC | MATERIAL EXCLUSIVO DO ASSOCIADO</w:t>
      </w:r>
    </w:p>
    <w:p>
      <w:pPr>
        <w:pStyle w:val="Title"/>
        <w:jc w:val="center"/>
      </w:pPr>
      <w:r>
        <w:t>FICHA CADASTRAL E ANÁLISE DO CLIENTE</w:t>
      </w:r>
    </w:p>
    <w:p>
      <w:pPr>
        <w:jc w:val="center"/>
      </w:pPr>
      <w:r>
        <w:rPr>
          <w:color w:val="646464"/>
          <w:sz w:val="20"/>
        </w:rPr>
        <w:t>Dicas Jurídicas ALEC • Dradorental by M&amp;Z Advocacia</w:t>
      </w:r>
    </w:p>
    <w:p>
      <w:r>
        <w:t>Preencha antes da primeira locação e atualize sempre que houver mudança relevante.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6B0F1A"/>
          </w:tcPr>
          <w:p>
            <w:r>
              <w:rPr>
                <w:b/>
                <w:color w:val="FFFFFF"/>
              </w:rPr>
              <w:t>DADOS DO CLIENTE</w:t>
            </w:r>
          </w:p>
        </w:tc>
      </w:tr>
    </w:tbl>
    <w:p>
      <w:r>
        <w:t>Razão social / Nome: ________________________________________________________________</w:t>
      </w:r>
    </w:p>
    <w:p>
      <w:r>
        <w:t>Nome fantasia: ________________________________________________________________</w:t>
      </w:r>
    </w:p>
    <w:p>
      <w:r>
        <w:t>CNPJ / CPF: ________________________________________________________________</w:t>
      </w:r>
    </w:p>
    <w:p>
      <w:r>
        <w:t>Inscrição Estadual: ________________________________________________________________</w:t>
      </w:r>
    </w:p>
    <w:p>
      <w:r>
        <w:t>Endereço completo: ________________________________________________________________</w:t>
      </w:r>
    </w:p>
    <w:p>
      <w:r>
        <w:t>Telefone: ________________________________________________________________</w:t>
      </w:r>
    </w:p>
    <w:p>
      <w:r>
        <w:t>E-mail: ________________________________________________________________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6B0F1A"/>
          </w:tcPr>
          <w:p>
            <w:r>
              <w:rPr>
                <w:b/>
                <w:color w:val="FFFFFF"/>
              </w:rPr>
              <w:t>RESPONSÁVEL PELA CONTRATAÇÃO</w:t>
            </w:r>
          </w:p>
        </w:tc>
      </w:tr>
    </w:tbl>
    <w:p>
      <w:r>
        <w:t>Nome completo: ________________________________________________________________</w:t>
      </w:r>
    </w:p>
    <w:p>
      <w:r>
        <w:t>CPF: ________________________________________________________________</w:t>
      </w:r>
    </w:p>
    <w:p>
      <w:r>
        <w:t>Cargo / função: ________________________________________________________________</w:t>
      </w:r>
    </w:p>
    <w:p>
      <w:r>
        <w:t>Telefone: ________________________________________________________________</w:t>
      </w:r>
    </w:p>
    <w:p>
      <w:r>
        <w:t>E-mail: ________________________________________________________________</w:t>
      </w:r>
    </w:p>
    <w:p>
      <w:r>
        <w:t>Documento que comprova poderes para contratar/assinar: ________________________________________________________________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6B0F1A"/>
          </w:tcPr>
          <w:p>
            <w:r>
              <w:rPr>
                <w:b/>
                <w:color w:val="FFFFFF"/>
              </w:rPr>
              <w:t>ANÁLISE CADASTRAL E FINANCEIRA</w:t>
            </w:r>
          </w:p>
        </w:tc>
      </w:tr>
    </w:tbl>
    <w:p>
      <w:r>
        <w:t>Data da consulta: ________________________________________________________________</w:t>
      </w:r>
    </w:p>
    <w:p>
      <w:r>
        <w:t>Fonte / ferramenta utilizada: ________________________________________________________________</w:t>
      </w:r>
    </w:p>
    <w:p>
      <w:r>
        <w:t>Resultado: ________________________________________________________________</w:t>
      </w:r>
    </w:p>
    <w:p>
      <w:r>
        <w:t>Limite de crédito sugerido: ________________________________________________________________</w:t>
      </w:r>
    </w:p>
    <w:p>
      <w:r>
        <w:t>Condição de pagamento aprovada: ________________________________________________________________</w:t>
      </w:r>
    </w:p>
    <w:p>
      <w:r>
        <w:t>Garantia exigida, se houver: ________________________________________________________________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6B0F1A"/>
          </w:tcPr>
          <w:p>
            <w:r>
              <w:rPr>
                <w:b/>
                <w:color w:val="FFFFFF"/>
              </w:rPr>
              <w:t>REFERÊNCIAS COMERCIAIS</w:t>
            </w:r>
          </w:p>
        </w:tc>
      </w:tr>
    </w:tbl>
    <w:p>
      <w:r>
        <w:t>Empresa 1 / contato / telefone: ________________________________________________________________</w:t>
      </w:r>
    </w:p>
    <w:p>
      <w:r>
        <w:t>Empresa 2 / contato / telefone: ________________________________________________________________</w:t>
      </w:r>
    </w:p>
    <w:p>
      <w:r>
        <w:t>Observações: ________________________________________________________________</w:t>
      </w:r>
    </w:p>
    <w:p>
      <w:pPr>
        <w:pStyle w:val="Heading2"/>
      </w:pPr>
      <w:r>
        <w:t>Checklist antes de liberar</w:t>
      </w:r>
    </w:p>
    <w:p>
      <w:r>
        <w:t>☐ Documentos conferidos.</w:t>
      </w:r>
    </w:p>
    <w:p>
      <w:r>
        <w:t>☐ Responsável identificado.</w:t>
      </w:r>
    </w:p>
    <w:p>
      <w:r>
        <w:t>☐ Poderes de assinatura verificados.</w:t>
      </w:r>
    </w:p>
    <w:p>
      <w:r>
        <w:t>☐ Situação cadastral/financeira consultada.</w:t>
      </w:r>
    </w:p>
    <w:p>
      <w:r>
        <w:t>☐ Referências verificadas, quando necessário.</w:t>
      </w:r>
    </w:p>
    <w:p>
      <w:r>
        <w:t>☐ Condição de pagamento/garantia aprovada.</w:t>
      </w:r>
    </w:p>
    <w:p>
      <w:r>
        <w:t>☐ Documentos e consultas arquivados.</w:t>
      </w:r>
    </w:p>
    <w:p>
      <w:r>
        <w:t>Responsável pela análise: ________________________________________________________________</w:t>
      </w:r>
    </w:p>
    <w:p>
      <w:r>
        <w:t>Aprovação: (   ) Aprovado   (   ) Aprovado com condição   (   ) Não aprovado</w:t>
      </w:r>
    </w:p>
    <w:sectPr w:rsidR="00FC693F" w:rsidRPr="0006063C" w:rsidSect="00034616">
      <w:footerReference w:type="default" r:id="rId9"/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E6E6E"/>
        <w:sz w:val="16"/>
      </w:rPr>
      <w:t>Material orientativo. Adaptar ao contrato, à operação e às particularidades da locadora.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365D" w:themeColor="text2" w:themeShade="BF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